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INVOICE</w:t>
      </w:r>
    </w:p>
    <w:p>
      <w:pPr>
        <w:pStyle w:val="Heading2"/>
      </w:pPr>
      <w:r>
        <w:t>Northbridge Office Supplies Ltd</w:t>
      </w:r>
    </w:p>
    <w:p>
      <w:r>
        <w:t>14 Canal Wharf, Leeds LS1 4DY</w:t>
      </w:r>
    </w:p>
    <w:p>
      <w:pPr>
        <w:pStyle w:val="Heading1"/>
      </w:pPr>
      <w:r>
        <w:t>VAT: GB 448 2910 33</w:t>
      </w:r>
    </w:p>
    <w:p>
      <w:pPr>
        <w:pStyle w:val="Heading1"/>
      </w:pPr>
      <w:r>
        <w:t>Invoice Number: NBS-2026-1042</w:t>
      </w:r>
    </w:p>
    <w:p>
      <w:pPr>
        <w:pStyle w:val="Heading1"/>
      </w:pPr>
      <w:r>
        <w:t>Invoice Date: 28 September 2026</w:t>
      </w:r>
    </w:p>
    <w:p>
      <w:pPr>
        <w:pStyle w:val="Heading2"/>
      </w:pPr>
      <w:r>
        <w:t>Due Date: 12 October 2026</w:t>
      </w:r>
    </w:p>
    <w:p>
      <w:pPr>
        <w:pStyle w:val="Heading2"/>
      </w:pPr>
      <w:r>
        <w:t>Bill To: Amberfield Consulting CIC</w:t>
      </w:r>
    </w:p>
    <w:p>
      <w:pPr>
        <w:pStyle w:val="Heading2"/>
      </w:pPr>
      <w:r>
        <w:t>Line Items</w:t>
      </w:r>
    </w:p>
    <w:p>
      <w:pPr>
        <w:pStyle w:val="Heading2"/>
      </w:pPr>
      <w:r>
        <w:t>Description</w:t>
      </w:r>
    </w:p>
    <w:p>
      <w:pPr>
        <w:pStyle w:val="Heading2"/>
      </w:pPr>
      <w:r>
        <w:t>Qty</w:t>
      </w:r>
    </w:p>
    <w:p>
      <w:pPr>
        <w:pStyle w:val="Heading2"/>
      </w:pPr>
      <w:r>
        <w:t>Unit GBP</w:t>
      </w:r>
    </w:p>
    <w:p>
      <w:pPr>
        <w:pStyle w:val="Heading2"/>
      </w:pPr>
      <w:r>
        <w:t>Total GBP</w:t>
      </w:r>
    </w:p>
    <w:p>
      <w:pPr>
        <w:pStyle w:val="Heading2"/>
      </w:pPr>
      <w:r>
        <w:t>A4 Multipurpose Paper (5 reams)</w:t>
      </w:r>
    </w:p>
    <w:p>
      <w:r>
        <w:t>5 4.50 22.50</w:t>
      </w:r>
    </w:p>
    <w:p>
      <w:pPr>
        <w:pStyle w:val="Heading2"/>
      </w:pPr>
      <w:r>
        <w:t>Black Toner Cartridge TN-243</w:t>
      </w:r>
    </w:p>
    <w:p>
      <w:r>
        <w:t>2 38.00 76.00</w:t>
      </w:r>
    </w:p>
    <w:p>
      <w:pPr>
        <w:pStyle w:val="Heading2"/>
      </w:pPr>
      <w:r>
        <w:t>Desk Organiser Set - Oak</w:t>
      </w:r>
    </w:p>
    <w:p>
      <w:r>
        <w:t>1 24.99 24.99</w:t>
      </w:r>
    </w:p>
    <w:p>
      <w:pPr>
        <w:pStyle w:val="Heading2"/>
      </w:pPr>
      <w:r>
        <w:t>Delivery - Standard UK</w:t>
      </w:r>
    </w:p>
    <w:p>
      <w:r>
        <w:t>1 6.50 6.50</w:t>
      </w:r>
    </w:p>
    <w:p>
      <w:pPr>
        <w:pStyle w:val="Heading2"/>
      </w:pPr>
      <w:r>
        <w:t>Subtotal: GBP 129.99</w:t>
      </w:r>
    </w:p>
    <w:p>
      <w:pPr>
        <w:pStyle w:val="Heading1"/>
      </w:pPr>
      <w:r>
        <w:t>VAT (20%): GBP 26.00</w:t>
      </w:r>
    </w:p>
    <w:p>
      <w:pPr>
        <w:pStyle w:val="Heading2"/>
      </w:pPr>
      <w:r>
        <w:t>Amount Due: GBP 155.99</w:t>
      </w:r>
    </w:p>
    <w:p>
      <w:r>
        <w:t>Payment terms: Net 14 days. Please quote invoice number NBS-2026-1042 on transfer. Bank: Metro Business, Sort 23-05-80, Acc 13829401.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Unit GBP</w:t>
            </w:r>
          </w:p>
        </w:tc>
        <w:tc>
          <w:tcPr>
            <w:tcW w:type="dxa" w:w="2160"/>
          </w:tcPr>
          <w:p>
            <w:r>
              <w:t>Total GBP</w:t>
            </w:r>
          </w:p>
        </w:tc>
      </w:tr>
      <w:tr>
        <w:tc>
          <w:tcPr>
            <w:tcW w:type="dxa" w:w="2160"/>
          </w:tcPr>
          <w:p>
            <w:r>
              <w:t>A4 Multipurpose Paper (5 reams)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4.50</w:t>
            </w:r>
          </w:p>
        </w:tc>
        <w:tc>
          <w:tcPr>
            <w:tcW w:type="dxa" w:w="2160"/>
          </w:tcPr>
          <w:p>
            <w:r>
              <w:t>22.50</w:t>
            </w:r>
          </w:p>
        </w:tc>
      </w:tr>
      <w:tr>
        <w:tc>
          <w:tcPr>
            <w:tcW w:type="dxa" w:w="2160"/>
          </w:tcPr>
          <w:p>
            <w:r>
              <w:t>Black Toner Cartridge TN-243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38.00</w:t>
            </w:r>
          </w:p>
        </w:tc>
        <w:tc>
          <w:tcPr>
            <w:tcW w:type="dxa" w:w="2160"/>
          </w:tcPr>
          <w:p>
            <w:r>
              <w:t>76.00</w:t>
            </w:r>
          </w:p>
        </w:tc>
      </w:tr>
      <w:tr>
        <w:tc>
          <w:tcPr>
            <w:tcW w:type="dxa" w:w="2160"/>
          </w:tcPr>
          <w:p>
            <w:r>
              <w:t>Desk Organiser Set - Oak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24.99</w:t>
            </w:r>
          </w:p>
        </w:tc>
        <w:tc>
          <w:tcPr>
            <w:tcW w:type="dxa" w:w="2160"/>
          </w:tcPr>
          <w:p>
            <w:r>
              <w:t>24.99</w:t>
            </w:r>
          </w:p>
        </w:tc>
      </w:tr>
      <w:tr>
        <w:tc>
          <w:tcPr>
            <w:tcW w:type="dxa" w:w="2160"/>
          </w:tcPr>
          <w:p>
            <w:r>
              <w:t>Delivery - Standard UK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6.50</w:t>
            </w:r>
          </w:p>
        </w:tc>
        <w:tc>
          <w:tcPr>
            <w:tcW w:type="dxa" w:w="2160"/>
          </w:tcPr>
          <w:p>
            <w:r>
              <w:t>6.50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